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color w:val="003366"/>
          <w:sz w:val="32"/>
        </w:rPr>
        <w:t>TALLER PRÁCTICO: QUÍMICA INICIAL</w:t>
        <w:br/>
      </w:r>
      <w:r>
        <w:rPr>
          <w:sz w:val="24"/>
        </w:rPr>
        <w:t>Tema: Gramos y Moles (Introducción al Cálculo Estequiométrico)</w:t>
        <w:br/>
        <w:t>Grado Octavo (8°)</w:t>
      </w:r>
    </w:p>
    <w:p>
      <w:pPr>
        <w:spacing w:after="240"/>
      </w:pPr>
      <w:r>
        <w:t>Estudiante: _____________________________________   Curso: _________   Fecha: _________</w:t>
        <w:br/>
      </w:r>
    </w:p>
    <w:p>
      <w:pPr>
        <w:spacing w:before="240" w:after="80"/>
      </w:pPr>
      <w:r>
        <w:rPr>
          <w:rFonts w:ascii="Arial" w:hAnsi="Arial"/>
          <w:b/>
          <w:color w:val="003366"/>
          <w:sz w:val="28"/>
        </w:rPr>
        <w:t>1. Conceptos Básicos</w:t>
      </w:r>
    </w:p>
    <w:p>
      <w:pPr>
        <w:spacing w:after="160"/>
      </w:pPr>
      <w:r>
        <w:rPr>
          <w:b/>
        </w:rPr>
        <w:t xml:space="preserve">• ¿Qué es un Mol? </w:t>
      </w:r>
      <w:r>
        <w:t>Es la unidad que usan los químicos para contar partículas (átomos o moléculas). Así como una docena representa siempre 12 objetos, un mol representa una cantidad fija de partículas.</w:t>
        <w:br/>
      </w:r>
      <w:r>
        <w:rPr>
          <w:b/>
        </w:rPr>
        <w:t xml:space="preserve">• Masa Molar: </w:t>
      </w:r>
      <w:r>
        <w:t>Es la masa en gramos de un mol de sustancia (se expresa en g/mol). Su valor equivale a la masa atómica del elemento químico que encuentras en la tabla periódica.</w:t>
        <w:br/>
      </w:r>
      <w:r>
        <w:rPr>
          <w:b/>
        </w:rPr>
        <w:t>• Fórmulas Clave:</w:t>
        <w:br/>
      </w:r>
    </w:p>
    <w:p>
      <w:pPr>
        <w:spacing w:after="240"/>
        <w:jc w:val="center"/>
      </w:pPr>
      <w:r>
        <w:rPr>
          <w:b/>
        </w:rPr>
        <w:t>Moles = Gramos / Masa Molar</w:t>
        <w:br/>
      </w:r>
      <w:r>
        <w:rPr>
          <w:b/>
        </w:rPr>
        <w:t>Gramos = Moles × Masa Molar</w:t>
      </w:r>
    </w:p>
    <w:p>
      <w:pPr>
        <w:spacing w:before="240" w:after="80"/>
      </w:pPr>
      <w:r>
        <w:rPr>
          <w:rFonts w:ascii="Arial" w:hAnsi="Arial"/>
          <w:b/>
          <w:color w:val="003366"/>
          <w:sz w:val="28"/>
        </w:rPr>
        <w:t>2. Datos de Referencia (Masas Atómicas)</w:t>
      </w:r>
    </w:p>
    <w:p>
      <w:pPr>
        <w:spacing w:after="120"/>
      </w:pPr>
      <w:r>
        <w:t>Utiliza las siguientes masas atómicas redondeadas para realizar tus ejercicios: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00336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Elemento</w:t>
            </w:r>
          </w:p>
        </w:tc>
        <w:tc>
          <w:tcPr>
            <w:tcW w:type="dxa" w:w="2340"/>
            <w:shd w:fill="00336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Masa Molar</w:t>
            </w:r>
          </w:p>
        </w:tc>
        <w:tc>
          <w:tcPr>
            <w:tcW w:type="dxa" w:w="2340"/>
            <w:shd w:fill="00336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Elemento</w:t>
            </w:r>
          </w:p>
        </w:tc>
        <w:tc>
          <w:tcPr>
            <w:tcW w:type="dxa" w:w="2340"/>
            <w:shd w:fill="00336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Masa Molar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Hidrógeno (H)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 g/mol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Sodio (Na)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 g/mol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Carbono (C)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12 g/mol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Cloro (Cl)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35.5 g/mol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Nitrógeno (N)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14 g/mol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Calcio (Ca)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40 g/mol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Oxígeno (O)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16 g/mol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Hierro (Fe)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56 g/mol</w:t>
            </w:r>
          </w:p>
        </w:tc>
      </w:tr>
    </w:tbl>
    <w:p>
      <w:pPr>
        <w:spacing w:before="240" w:after="80"/>
      </w:pPr>
      <w:r>
        <w:rPr>
          <w:rFonts w:ascii="Arial" w:hAnsi="Arial"/>
          <w:b/>
          <w:color w:val="003366"/>
          <w:sz w:val="28"/>
        </w:rPr>
        <w:t>3. Ejemplos de Guía</w:t>
      </w:r>
    </w:p>
    <w:p>
      <w:pPr>
        <w:spacing w:after="120"/>
      </w:pPr>
      <w:r>
        <w:rPr>
          <w:b/>
        </w:rPr>
        <w:t>Ejemplo A: ¿Cuántos moles hay en 24 gramos de Carbono (C)?</w:t>
        <w:br/>
      </w:r>
      <w:r>
        <w:rPr>
          <w:b/>
        </w:rPr>
        <w:t xml:space="preserve">• Paso 1: </w:t>
      </w:r>
      <w:r>
        <w:t>Identificar los datos. Masa dada = 24 g. Masa molar del C = 12 g/mol.</w:t>
        <w:br/>
      </w:r>
      <w:r>
        <w:rPr>
          <w:b/>
        </w:rPr>
        <w:t xml:space="preserve">• Paso 2: </w:t>
      </w:r>
      <w:r>
        <w:t xml:space="preserve">Aplicar la fórmula. Moles = 24 g / 12 g/mol = </w:t>
      </w:r>
      <w:r>
        <w:rPr>
          <w:b/>
        </w:rPr>
        <w:t>2 moles de C.</w:t>
      </w:r>
    </w:p>
    <w:p>
      <w:pPr>
        <w:spacing w:after="240"/>
      </w:pPr>
      <w:r>
        <w:rPr>
          <w:b/>
        </w:rPr>
        <w:t>Ejemplo B: ¿Cuántos gramos equivalen a 3 moles de Oxígeno molecular (O₂)?</w:t>
        <w:br/>
      </w:r>
      <w:r>
        <w:rPr>
          <w:b/>
        </w:rPr>
        <w:t xml:space="preserve">• Paso 1: </w:t>
      </w:r>
      <w:r>
        <w:t>Calcular masa molar del O₂. Como tiene dos átomos: 16 g/mol × 2 = 32 g/mol.</w:t>
        <w:br/>
      </w:r>
      <w:r>
        <w:rPr>
          <w:b/>
        </w:rPr>
        <w:t xml:space="preserve">• Paso 2: </w:t>
      </w:r>
      <w:r>
        <w:t xml:space="preserve">Aplicar la fórmula. Gramos = 3 moles × 32 g/mol = </w:t>
      </w:r>
      <w:r>
        <w:rPr>
          <w:b/>
        </w:rPr>
        <w:t>96 gramos de O₂.</w:t>
      </w:r>
    </w:p>
    <w:p>
      <w:pPr>
        <w:spacing w:before="240" w:after="80"/>
      </w:pPr>
      <w:r>
        <w:rPr>
          <w:rFonts w:ascii="Arial" w:hAnsi="Arial"/>
          <w:b/>
          <w:color w:val="003366"/>
          <w:sz w:val="28"/>
        </w:rPr>
        <w:t>4. Actividades Prácticas (Para resolver en clase)</w:t>
      </w:r>
    </w:p>
    <w:p>
      <w:pPr>
        <w:spacing w:before="240" w:after="80"/>
      </w:pPr>
      <w:r>
        <w:rPr>
          <w:rFonts w:ascii="Arial" w:hAnsi="Arial"/>
          <w:b/>
          <w:color w:val="006699"/>
          <w:sz w:val="24"/>
        </w:rPr>
        <w:t>Sección A: Cálculo de Masas Molares de Compuestos</w:t>
      </w:r>
    </w:p>
    <w:p>
      <w:pPr>
        <w:spacing w:after="120"/>
      </w:pPr>
      <w:r>
        <w:t>Determina la masa molar total para cada una de las siguientes sustancias, mostrando el procedimiento:</w:t>
      </w:r>
    </w:p>
    <w:p>
      <w:pPr>
        <w:spacing w:after="480"/>
      </w:pPr>
      <w:r>
        <w:t>1. H₂O (Agua) — Compuesto por 2 átomos de Hidrógeno y 1 de Oxígeno.</w:t>
      </w:r>
    </w:p>
    <w:p>
      <w:pPr>
        <w:spacing w:after="480"/>
      </w:pPr>
      <w:r>
        <w:t>2. NaCl (Sal de mesa) — Compuesto por 1 átomo de Sodio y 1 de Cloro.</w:t>
      </w:r>
    </w:p>
    <w:p>
      <w:pPr>
        <w:spacing w:after="480"/>
      </w:pPr>
      <w:r>
        <w:t>3. CO₂ (Dióxido de carbono) — Compuesto por 1 átomo de Carbono y 2 de Oxígeno.</w:t>
      </w:r>
    </w:p>
    <w:p>
      <w:pPr>
        <w:spacing w:after="480"/>
      </w:pPr>
      <w:r>
        <w:t>4. CaCO₃ (Carbonato de calcio) — Compuesto por 1 átomo de Calcio, 1 de Carbono y 3 de Oxígeno.</w:t>
      </w:r>
    </w:p>
    <w:p>
      <w:pPr>
        <w:spacing w:before="240" w:after="80"/>
      </w:pPr>
      <w:r>
        <w:rPr>
          <w:rFonts w:ascii="Arial" w:hAnsi="Arial"/>
          <w:b/>
          <w:color w:val="006699"/>
          <w:sz w:val="24"/>
        </w:rPr>
        <w:t>Sección B: Conversión de Gramos a Moles</w:t>
      </w:r>
    </w:p>
    <w:p>
      <w:pPr>
        <w:spacing w:after="120"/>
      </w:pPr>
      <w:r>
        <w:t>Resuelve los siguientes problemas utilizando la fórmula correspondiente. Deja registro de tus operaciones:</w:t>
      </w:r>
    </w:p>
    <w:p>
      <w:pPr>
        <w:spacing w:after="720"/>
      </w:pPr>
      <w:r>
        <w:t>5. ¿Cuántos moles de átomos de Hidrógeno (H) están presentes en una muestra de 5 gramos?</w:t>
      </w:r>
    </w:p>
    <w:p>
      <w:pPr>
        <w:spacing w:after="720"/>
      </w:pPr>
      <w:r>
        <w:t>6. Un recipiente contiene 112 gramos de Hierro puro (Fe). ¿A cuántos moles equivale esta cantidad?</w:t>
      </w:r>
    </w:p>
    <w:p>
      <w:pPr>
        <w:spacing w:after="720"/>
      </w:pPr>
      <w:r>
        <w:t>7. Si tienes una porción de 90 gramos de agua (H₂O), ¿cuántos moles de agua tienes en total? (Usa el resultado de la Masa Molar obtenido en la Sección A).</w:t>
      </w:r>
    </w:p>
    <w:p>
      <w:pPr>
        <w:spacing w:before="240" w:after="80"/>
      </w:pPr>
      <w:r>
        <w:rPr>
          <w:rFonts w:ascii="Arial" w:hAnsi="Arial"/>
          <w:b/>
          <w:color w:val="006699"/>
          <w:sz w:val="24"/>
        </w:rPr>
        <w:t>Sección C: Conversión de Moles a Gramos</w:t>
      </w:r>
    </w:p>
    <w:p>
      <w:pPr>
        <w:spacing w:after="120"/>
      </w:pPr>
      <w:r>
        <w:t>Calcula la masa en gramos correspondiente para cada caso. Muestra todo el procedimiento matemático:</w:t>
      </w:r>
    </w:p>
    <w:p>
      <w:pPr>
        <w:spacing w:after="720"/>
      </w:pPr>
      <w:r>
        <w:t>8. ¿Cuál es la masa en gramos de 5 moles de Sodio puro (Na)?</w:t>
      </w:r>
    </w:p>
    <w:p>
      <w:pPr>
        <w:spacing w:after="720"/>
      </w:pPr>
      <w:r>
        <w:t>9. Si una planta absorbe 0.5 moles de Dióxido de Carbono (CO₂), ¿cuántos gramos de este gas ha consumido?</w:t>
      </w:r>
    </w:p>
    <w:p>
      <w:pPr>
        <w:spacing w:after="720"/>
      </w:pPr>
      <w:r>
        <w:t>10. Un experimento químico requiere emplear 2 moles de Cloruro de Sodio (NaCl). ¿Cuántos gramos debes pesar en la balanza?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